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– פעילויות מיוחדות וקישוט קיר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 ומסע העליות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חג הסיגד וסיפור הכמיהה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לתאר את שלבי מסע העלייה ואת תחנות חג הסיגד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מנהגי הסיגד למועדים אחרים ולהכיר מילים מהמורשת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להתחבר לסיפור מסע העליות מתוך כבוד לכל המשפחות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 זה חג הסיגד – הכרות עם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מקורו במסורת יהודי אתיופיה.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חג הסיגד חל כחמישים יום אחרי יום הכיפורים.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 זה חג הסיגד – מילים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השתחוויה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הקסים, מנהיגי הקהילה הדתיים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 זה חג הסיגד – השלמות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 זה חג הסיגד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(געגוע וכיסופים לירושלים)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(חידוש הברית עם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(מנהיגי הקהילה הדתיים)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הטקס המרכזי)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המסע אל ירושלים וארבעת שלבי החג – היכרות עם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מבטא את הגעגוע העמוק של הקהילה לירושלים.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למעשה עולים אל ההר בבוקר ויורדים ממנו בסוף היום, אחרי הטקס.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בראש ההר הקהילה מתפללת וחוגגת יחד את חידוש הברית.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המסע אל ירושלים וארבעת שלבי החג – סידור המסע וארבעת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המסע אל ירושלים וארבעת שלבי החג – סדר ארבעת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סדרו לפי הסדר הנכון: ירידה מההר וסעודה חגיגית / קריאה וחידוש הברית / עלייה בבוקר אל ראש ההר / צום ותפילה בראש ההר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מנהגים, טעמים וריחות – מה זוכרים מהחג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חמישים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דאבו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מנהגים, טעמים וריחות – תפזורת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הצום נשבר רק אחרי העלייה להר וסעודה חגיגית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חלק מרכזי בטקס על ההר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מנהגים, טעמים וריחות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דאבו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מנהגים, טעמים וריחות – השוואת 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(עלייה להר וחידוש 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(צום וחשבון נפש)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(חג קציר וקבלת התורה)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(היכרות עם טעם הדאבו)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מסע העליות לישראל – היכרות עם הפעילויות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מסע העליות לישראל – מיון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משאירים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מסע העליות לישראל – התאמות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(חמש תחנות וחמש חותמות)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(בוחרים מה לוקחים למסע)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(ממיינים סיבות לעזיבה ולהגעה)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(חושבים איפה אני על הסקאלה)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מילים וסמלים מהמורשת – היכרות עם הפעילויות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תפזורת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מילה ופירוש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על לחם דאבו וטעימה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מילים וסמלים מהמורשת – מילה ופירוש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(יום של תפילה והשתחוויה)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(לחם מיוחד שאוכלים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(מנהיג רוחני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(געגוע חזק ותקווה)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מילים וסמלים מהמורשת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מילים וסמלים מהמורשת – כתיבה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יוצרים ומקשטים – היכרות עם הפעילויות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משאלה לחג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געגוע לירושלים או חידוש 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הסדר תואם את ציר הזמן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המנהג קשור לטקס אמיתי כמו הבונה או דאבו, לא המצאה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שבוע עם פרק ליום כמו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להשתמש בגרסאות המנוקדות ובתמונות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לאפשר שיתוף סיפורי משפחה מרצון בלבד, ללא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בחט״ב אפשר להוסיף דיון עמדות קצר אחרי פרק מסע העליות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– פעילויות מיוחדות וקישוט קיר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 ומסע העליות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תמצאו תרגילים קצרים על חג הסיגד ומסע העליות. עברו על הפרקים לפי הסדר, ובסוף כל פרק ענו על שאלת הבדיקה כדי לראות מה למדתם.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משאירים  ·  בונה  ·  דאבו  ·  עולה  ·  צום  ·  ירושלים  ·  הר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 זה חג הסיגד – הכרות עם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הוא חג שחוגגת בעיקר העדה האתיופית.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חל באותו היום כמו יום הכיפורים.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 זה חג הסיגד – מילים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המילה "סיגד"?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השתחוויה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מסע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מוביל את טקס העלייה להר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המורים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הקסים, מנהיגי הקהילה הדתיים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ראש הממשלה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 זה חג הסיגד – השלמות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בחג הסיגד הקהילה עולה יחד אל __________ גבוה כדי להתפלל.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מה זה חג הסיגד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הטקס המרכזי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עזרא ונחמיה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מנהיגי הקהילה הדתיים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חידוש הברית עם העם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געגוע וכיסופים לירושלים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המסע אל ירושלים וארבעת שלבי החג – היכרות עם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קשור לגעגוע ולכיסופים לירושלים.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בחג הסיגד הקהילה יורדת מההר בבוקר ועולה אליו בערב.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בראש ההר מתקיימים תפילה וטקס חגיגי.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המסע אל ירושלים וארבעת שלבי החג – סידור המסע וארבעת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בתחנה הראשונה של המסלול, הקהילה __________ אל ראש ההר.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בשלב השני של החג מתקיימים __________ ותפילה ממושכת.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המסע אל ירושלים וארבעת שלבי החג – סדר ארבעת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סדרו לפי הסדר הנכון: ירידה מההר וסעודה חגיגית / קריאה וחידוש הברית / עלייה בבוקר אל ראש ההר / צום ותפילה בראש ההר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מנהגים, טעמים וריחות – מה זוכרים מהחג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חג הסיגד חל כמה ימים אחרי יום הכיפורים?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חמישים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שם הלחם המסורתי שאוכלים לאחר הצום בסיגד?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דאבו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מנהגים, טעמים וריחות – תפזורת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הסיגד נהוג לצום בבוקר, לפני טקס הבונה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בטקס הבונה הקייסים קוראים בתורה ומברכים את הקהל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מנהגים, טעמים וריחות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בטקס ה__________ קוראים הקייסים בתורה ומברכים את הקהל על ההר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הצום נהוג לשבור את הצום בטעימת לחם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מנהגים, טעמים וריחות – השוואת 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היכרות עם טעם הדאבו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יום הכיפורים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עלייה להר וחידוש 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חג שבועות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צום וחשבון נפש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טעימה בכיתה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חג קציר וקבלת התורה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מסע העליות לישראל – היכרות עם הפעילויות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בפעילות ״דרכון השבוע״ כמה תחנות וחותמות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קילו אפשר לקחת במזוודה בפעילות ״מזוודה של 10 ק״ג״?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חמישה עשר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מסע העליות לישראל – מיון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במזוודה צריך להחליט מה לוקחים ומה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מסע העליות לישראל – התאמות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דרכון השבוע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ממיינים סיבות לעזיבה ולהגעה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מזוודה של 10 ק״ג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חושבים איפה אני על הסקאלה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למה עוזבים? למה באים?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בוחרים מה לוקחים למסע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כור היתוך או פסיפס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חמש תחנות וחמש חותמות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מילים וסמלים מהמורשת – היכרות עם הפעילויות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פעילות עוסקת במציאת מילים מהחג ומהמורשת בתוך טבלת אותיות?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תפזורת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ענן משאלות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מכתב כיסופים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במשחק הזיכרון של החג, מה מתאימים זה לזה?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מספר ואות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מילה ופירוש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צבע וצורה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על מה לומדים בפעילות ״ריח וטעם״?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לחם דאבו וטעימה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מפת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דגלונים לגזירה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מילים וסמלים מהמורשת – מילה ופירוש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לחם מיוחד שאוכלים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דאבו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מנהיג רוחני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געגוע חזק ותקווה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כיסופים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יום של תפילה והשתחוויה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מילים וסמלים מהמורשת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חג הסיגד מסמל את הכיסופים (הגעגועים) אל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מילים וסמלים מהמורשת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יוצרים ומקשטים – היכרות עם הפעילויות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כותבים בדף מכתב הכיסופים?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משאלה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מתכון לדאבו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מילים יש במשפט ששלט האותיות מרכיב?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תארו בשתי מילים מה המשמעות של 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סדרו לפי הסדר שלוש תחנות במסע אל ירושלים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חג הסיגד ומסע העליות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