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וסיפור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את שלבי מסע העלייה ואת תחנות חג הסיגד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מנהגי הסיגד למועדים אחרים ולהכיר מילים מהמורשת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לסיפור מסע העליות מתוך כבוד לכל המשפחות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הכרות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מקורו במסורת יהודי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חג הסיגד חל כחמישים יום אחרי יום הכיפורים.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הקסים, מנהיגי הקהילה הדתיים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חזרה לירושלים וחידוש הברית עם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הוא מספר על חזרה לירושלים וחידוש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(געגוע וכיסופים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(חידוש הברית עם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הטקס המרכזי)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המסע אל ירושלים וארבעת שלבי החג – היכרות עם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את הגעגוע העמוק של הקהילה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למעשה עולים אל ההר בבוקר ויורדים ממנו בסוף היום, אחרי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בראש ההר הקהילה מתפללת וחוגגת יחד את חידוש הברית.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הקייסים הם המנהיגים הרוחניים שמובילים את קריאת הדברים הקדושים.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החג עורכים סעודה חגיגית משותפת.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המסע אל ירושלים וארבעת שלבי החג – סידור המסע וארבעת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המסע אל ירושלים וארבעת שלבי החג – סדר ארבעת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הסדר הנכון: ירידה מההר וסעודה חגיגית / קריאה וחידוש הברית / עלייה בבוקר אל ראש ההר / צום ותפילה בראש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את ציר הזמן: הגעה ארצה והמשך החג בישראל / ציפייה וגעגוע לירושלים לאורך השנה / תפילה וחידוש הברית בהר / מסורת עתיקה בעדת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את יום החג: יציאה מהכפר בבוקר / טיפוס אל ראש ההר / טקס תפילה וקריאה / ירידה וסעודה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מנהגים, טעמים וריחות – מה זוכרים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בראש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מנהגים, טעמים וריחות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נשבר רק אחרי העלייה להר וסעודה חגיגית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בטקס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בשני החגים יש צום, תפילה וחשבון נפש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מנהגים, טעמים וריחות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דאבו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מנהגים, טעמים וריחות – השוואת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 וחידוש 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(צום וחשבון נפש)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 קציר וקבלת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(היכרות עם טעם הדאבו)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 לישראל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בוחרים איפה אני על הסקאלה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 לישראל – מיון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משאירים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העליות לישראל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(חמש תחנות וחמש חותמות)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(בוחרים מה לוקחים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(ממיינים סיבות לעזיבה ולהגעה)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(חושבים איפה אני על הסקאלה)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(מסדרים אירועים לפי הסדר)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וסמלים מהמורשת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תפזורת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ופירוש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לחם דאבו וטעימה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מילים למסע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וסמלים מהמורשת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של תפילה והשתחוויה)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(לחם מיוחד שאוכלים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(מנהיג רוחני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(הסכם ואמונה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(מעבר למדינה 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וסמלים מהמורשת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וסמלים מהמורשת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ולכבד את התרבות והמסורת, ולדעת לספר עליה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פרטים ורמזים על דמויות חשובות בחג ובמסורת, ומנסים לזהות אותן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ומקשטים – היכרות עם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משאלה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חומות ירושלים וההר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געגוע לירושלים או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תואם את ציר הזמן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המנהג קשור לטקס אמיתי כמו הבונה או דאבו, לא המצאה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עם פרק ליום כמו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להשתמש בגרסאות המנוקדות ובתמונות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שיתוף סיפורי משפחה מרצון בלבד, 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בחט״ב אפשר להוסיף דיון עמדות קצר אחרי פרק מסע העליות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על חג הסיגד. עוברים פרק אחרי פרק. בסוף כל פרק עונים על שאלה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של געגוע לירושלים וחידוש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להתיישב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ביחד ושומרת מנהגים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דאבו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מסורתי שאוכלים בחג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או קשר מיוחד בין העם לה׳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וסיפורים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שמראה ממי אדם נוסע או עובר גבול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שמורכבת מהרבה חלקים שונים שמצטרפים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 – הכרות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שחוגגת בעיקר העדה האתיופית.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באותו היום כמו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 –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סעודה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מנהל את הטקס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הקסים, מנהיגי הקהילה הדתיים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עזרא ונחמיה - על מה הסיפור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המקדש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לירושלים וחידוש הברית עם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הסיפור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מספר על חזרה לירושלים וחידוש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מספר על מלחמה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שום קשר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סיפור מארץ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עולה יחד אל __________ גבוה כדי להתפלל.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 הסיגד קוראים קטעים מתוך ה__________ הקדוש.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הטקס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געגוע וכיסופים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חידוש הברית עם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 הקהילה הדתיים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המסע אל ירושלים וארבעת שלבי החג – היכרות עם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לגעגוע ולכיסופים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הקהילה יורדת מההר בבוקר ועולה אליו בערב.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מתקיימים תפילה וטקס חגיגי.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קייסים מובילים את התפילות ואת הטקס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החג כולם חוזרים הביתה בלי לאכול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המסע אל ירושלים וארבעת שלבי החג – סידור המסע וארבעת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בתחנה הראשונה של המסלול, הקהילה __________ אל ראש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של החג מתקיימים __________ ותפילה ממושכת.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קוראים דברי אמונה ומחדשים את ה__________ עם 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האחרון, לפני החזרה הביתה, כולם נהנים מ__________ חגיגית יחד.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המסע אל ירושלים וארבעת שלבי החג – סדר ארבעת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הסדר הנכון: ירידה מההר וסעודה חגיגית / קריאה וחידוש הברית / עלייה בבוקר אל ראש ההר / צום ותפילה בראש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יום החג: יציאה מהכפר בבוקר / טיפוס אל ראש ההר / טקס תפילה וקריאה / ירידה וסעודה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ציר הזמן: הגעה ארצה והמשך החג בישראל / ציפייה וגעגוע לירושלים לאורך השנה / תפילה וחידוש הברית בהר / מסורת עתיקה בעדת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מנהגים, טעמים וריחות – מה זוכרים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בין יום הכיפורים לסיגד?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ללחם של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עושים את טקס הבונה?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מנהגים, טעמים וריחות – תפזורת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נהוג לצום בבוקר, לפני טקס הבונה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הבונה הקייסים קוראים בתורה ומברכים את הקהל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דמיון למנהגי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מנהגים, טעמים וריחות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 ה__________ קוראים הקייסים בתורה ומברכים את הקהל על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הצום נהוג לשבור את הצום בטעימת לחם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מנהגים, טעמים וריחות – השוואת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קציר וקבלת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עלייה להר וחידוש 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היכרות עם טעם הדאבו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טעימה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צום וחשבון נפש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העליות לישראל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בדרכון?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קילו יש במזוודה?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בפעילות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ציר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איפה אני על הסקאלה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העליות לישראל – מיון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במזוודה צריך להחליט מה לוקחים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 העליות לישראל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דרכון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ממיינים סיבות לעזיבה ולהגעה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מזוודה של 10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מסדרים אירועים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למה עוזבים? למה באים?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חמש תחנות וחמש חותמות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כור היתוך או פסיפס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בוחרים מה לוקחים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 הזמן של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חושבים איפה אני על הסקאלה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מילים וסמלים מהמורשת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פעילות מחפשים מילים בתוך 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תפזורת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ענן 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כיסופים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מזוודה של 10 ק״ג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מחברים זוג-זוג במשחק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ואות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ופירוש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וצורה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טועמים ולומדים בפעילות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לחם דאבו וטעימה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דגלונים לגזירה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חידות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פעילות לומדים איך אומרים שלום בשפות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 הזמן של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פסיפס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וסמלים מהמורשת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לחם מיוחד שאוכלים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מעבר למדינה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געגוע חזק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של תפילה והשתחוויה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רוחני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הסכם ואמונה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וסמלים מהמורשת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מסמל את הכיסופים (הגעגועים) 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הטקס המרכזי של החג מתקיים בראש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בפעילות ״מכתב כיסופים״ כותבים מכתב שמביע __________ חזק.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מילים וסמלים מהמורשת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למה חשוב לדעת מילים ומושגים מהמורשת האתיופית?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בשתי שורות מה אפשר ללמוד על דמויות מהמורשת במשחק ״מי אני״.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יוצרים ומקשטים – היכרות עם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במכתב כיסופים?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בשלט ׳חג סיגד שמח׳?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בפוסטר הצביעה?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חומות ירושלים וההר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וסירות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וצבאים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כיתת לימוד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מילים מה המשמעות של 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לפי הסדר שלוש תחנות במסע אל 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מנהג אחד מהחג ומה המשמעות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