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וסיפור הכמיהה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לתאר את שלבי מסע העלייה ואת תחנות חג הסיגד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מנהגי הסיגד למועדים אחרים ולהכיר מילים מהמורשת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לסיפור מסע העליות מתוך כבוד לכל המשפחות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חג הסיגד – הכרות עם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מקורו במסורת יהודי אתיופיה.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חג הסיגד חל כחמישים יום אחרי יום הכיפורים.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חג הסיגד – מילים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הקסים, מנהיגי הקהילה הדתיים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חזרה לירושלים וחידוש הברית עם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הוא מספר על חזרה לירושלים וחידוש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חג הסיגד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תנך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חג הסיגד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(געגוע וכיסופים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(חידוש הברית עם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הטקס המרכזי)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המסע אל ירושלים וארבעת שלבי החג – היכרות עם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מבטא את הגעגוע העמוק של הקהילה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למעשה עולים אל ההר בבוקר ויורדים ממנו בסוף היום, אחרי הטקס.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בראש ההר הקהילה מתפללת וחוגגת יחד את חידוש הברית.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הקייסים הם המנהיגים הרוחניים שמובילים את קריאת הדברים הקדושים.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בסוף החג עורכים סעודה חגיגית משותפת.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המסע אל ירושלים וארבעת שלבי החג – סידור המסע וארבעת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סעודה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המסע אל ירושלים וארבעת שלבי החג – סדר ארבעת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לפי הסדר הנכון: ירידה מההר וסעודה חגיגית / קריאה וחידוש הברית / עלייה בבוקר אל ראש ההר / צום ותפילה בראש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את ציר הזמן: הגעה ארצה והמשך החג בישראל / ציפייה וגעגוע לירושלים לאורך השנה / תפילה וחידוש הברית בהר / מסורת עתיקה בעדת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את יום החג: יציאה מהכפר בבוקר / טיפוס אל ראש ההר / טקס תפילה וקריאה / ירידה וסעודה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מנהגים, טעמים וריחות – מה זוכרים מהחג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דאבו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בראש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מנהגים, טעמים וריחות – תפזורת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הצום נשבר רק אחרי העלייה להר וסעודה חגיגית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חלק מרכזי בטקס על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בשני החגים יש צום, תפילה וחשבון נפש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מנהגים, טעמים וריחות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דאבו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מנהגים, טעמים וריחות – השוואת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(עלייה להר וחידוש 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(צום וחשבון נפש)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(חג קציר וקבלת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(היכרות עם טעם הדאבו)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 העליות לישראל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בוחרים איפה אני על הסקאלה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 העליות לישראל – מיון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משאירים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מסע העליות לישראל – התאמות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(חמש תחנות וחמש חותמות)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(בוחרים מה לוקחים למסע)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(ממיינים סיבות לעזיבה ולהגעה)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(חושבים איפה אני על הסקאלה)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(מסדרים אירועים לפי הסדר)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מילים וסמלים מהמורשת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תפזורת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ופירוש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לחם דאבו וטעימה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מילים למסע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מילים וסמלים מהמורשת –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(יום של תפילה והשתחוויה)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(לחם מיוחד שאוכלים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(מנהיג רוחני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(געגוע חזק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(הסכם ואמונה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(מעבר למדינה 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מילים וסמלים מהמורשת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מילים וסמלים מהמורשת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ולכבד את התרבות והמסורת, ולדעת לספר עליה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 פרטים ורמזים על דמויות חשובות בחג ובמסורת, ומנסים לזהות אותן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יוצרים ומקשטים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משאלה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חומות ירושלים וההר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געגוע לירושלים או 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הסדר תואם את ציר הזמן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המנהג קשור לטקס אמיתי כמו הבונה או דאבו, לא המצאה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שבוע עם פרק ליום כמו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להשתמש בגרסאות המנוקדות ובתמונות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שיתוף סיפורי משפחה מרצון בלבד, ללא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בחט״ב אפשר להוסיף דיון עמדות קצר אחרי פרק מסע העליות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תמצאו תרגילים קצרים על חג הסיגד ומסע העליות. עברו על הפרקים לפי הסדר, ובסוף כל פרק ענו על שאלת הבדיקה כדי לראות מה למדתם.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חג הסיגד – הכרות עם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שחוגגת בעיקר העדה האתיופית.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באותו היום כמו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חג הסיגד – מילים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סעודה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מוביל את טקס העלייה להר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הקסים, מנהיגי הקהילה הדתיים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סיפור עזרא ונחמיה בתנ״ך מספר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בית המקדש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לירושלים וחידוש הברית עם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לזכור את סיפור עזרא ונחמיה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מספר על חזרה לירושלים וחידוש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מספר על מלחמה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לו שום קשר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סיפור מארץ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חג הסיגד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הקהילה עולה יחד אל __________ גבוה כדי להתפלל.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 הסיגד קוראים קטעים מתוך ה__________ הקדוש.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 זה חג הסיגד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הטקס המרכזי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עזרא ונחמיה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מנהיגי הקהילה הדתיים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חידוש הברית עם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געגוע וכיסופים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המסע אל ירושלים וארבעת שלבי החג – היכרות עם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לגעגוע ולכיסופים לירושלים.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הקהילה יורדת מההר בבוקר ועולה אליו בערב.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ההר מתקיימים תפילה וטקס חגיגי.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קייסים מובילים את התפילות ואת הטקס בראש ההר.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החג כולם חוזרים הביתה בלי לאכול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המסע אל ירושלים וארבעת שלבי החג – סידור המסע וארבעת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בתחנה הראשונה של המסלול, הקהילה __________ אל ראש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של החג מתקיימים __________ ותפילה ממושכת.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קוראים דברי אמונה ומחדשים את ה__________ עם הקהילה.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האחרון, לפני החזרה הביתה, כולם נהנים מ__________ חגיגית יחד.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המסע אל ירושלים וארבעת שלבי החג – סדר ארבעת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יום החג: יציאה מהכפר בבוקר / טיפוס אל ראש ההר / טקס תפילה וקריאה / ירידה וסעודה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הסדר הנכון: ירידה מההר וסעודה חגיגית / קריאה וחידוש הברית / עלייה בבוקר אל ראש ההר / צום ותפילה בראש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ציר הזמן: הגעה ארצה והמשך החג בישראל / ציפייה וגעגוע לירושלים לאורך השנה / תפילה וחידוש הברית בהר / מסורת עתיקה בעדת יהודי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מנהגים, טעמים וריחות – מה זוכרים מהחג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הסיגד חל כמה ימים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הלחם המסורתי שאוכלים לאחר הצום בסיגד?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דאבו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לחמנייה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מתקיים טקס הבונה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מנהגים, טעמים וריחות – תפזורת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נהוג לצום בבוקר, לפני טקס הבונה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הבונה הקייסים קוראים בתורה ומברכים את הקהל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אין שום דמיון למנהגי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מנהגים, טעמים וריחות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 ה__________ קוראים הקייסים בתורה ומברכים את הקהל על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הצום נהוג לשבור את הצום בטעימת לחם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מנהגים, טעמים וריחות – השוואת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היכרות עם טעם הדאבו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הכיפורים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קציר וקבלת התורה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 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צום וחשבון נפש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טעימה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עלייה להר וחידוש 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מסע העליות לישראל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בפעילות ״דרכון השבוע״ כמה תחנות וחותמות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קילו אפשר לקחת במזוודה בפעילות ״מזוודה של 10 ק״ג״?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בפעילות ״כור היתוך או פסיפס״?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בונים ציר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איפה אני על הסקאלה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 זיכרון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מסע העליות לישראל – מיון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במזוודה צריך להחליט מה לוקחים ומה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מסע העליות לישראל – התאמות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דרכון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ממיינים סיבות לעזיבה ולהגעה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מזוודה של 10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מסדרים אירועים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למה עוזבים? למה באים?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חמש תחנות וחמש חותמות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כור היתוך או פסיפס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בוחרים מה לוקחים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ציר הזמן של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חושבים איפה אני על הסקאלה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מילים וסמלים מהמורשת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פעילות עוסקת במציאת מילים מהחג ומהמורשת בתוך טבלת 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תפזורת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ענן משאלות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כיסופים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מזוודה של 10 ק״ג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הזיכרון של החג, מה מתאימים זה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ואות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ופירוש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וצורה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לומדים בפעילות ״ריח וטעם״?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לחם דאבו וטעימה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מפת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דגלונים לגזירה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חידות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פעילות מתאימים בין מילים בשפות שונות למילה ״שלום״?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דרכון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 הזמן של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למסע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פסיפס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מילים וסמלים מהמורשת –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מעבר למדינה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 רוחני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יום של תפילה והשתחוויה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הסכם ואמונה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געגוע חזק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לחם מיוחד שאוכלים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מילים וסמלים מהמורשת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מסמל את הכיסופים (הגעגועים) 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הטקס המרכזי של החג מתקיים בראש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בפעילות ״מכתב כיסופים״ כותבים מכתב שמביע __________ חזק.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מילים וסמלים מהמורשת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קצר: למה חשוב לדעת מילים ומושגים מהמורשת האתיופית?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בשתי שורות מה אפשר ללמוד על דמויות מהמורשת במשחק ״מי אני״.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יוצרים ומקשטים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בדף מכתב הכיסופים?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משאלה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לדאבו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יש במשפט ששלט האותיות מרכיב?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מצויר בפוסטר הצביעה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חומות ירושלים וההר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וסירות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 וצבאים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כיתת לימוד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בשתי מילים מה המשמעות של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סדרו לפי הסדר שלוש תחנות במסע אל ירושלים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מנהג אחד מהחג ומה המשמעות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 ומסע העליות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